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57FE" w14:textId="77777777" w:rsidR="00297DCE" w:rsidRPr="0043511C" w:rsidRDefault="00181103">
      <w:pPr>
        <w:pStyle w:val="Tytu"/>
        <w:jc w:val="center"/>
        <w:rPr>
          <w:rFonts w:ascii="Tahoma" w:hAnsi="Tahoma" w:cs="Tahoma"/>
          <w:sz w:val="24"/>
          <w:szCs w:val="24"/>
        </w:rPr>
      </w:pPr>
      <w:r w:rsidRPr="0043511C">
        <w:rPr>
          <w:rFonts w:ascii="Tahoma" w:hAnsi="Tahoma" w:cs="Tahoma"/>
          <w:sz w:val="24"/>
          <w:szCs w:val="24"/>
        </w:rPr>
        <w:t>ZGODA NA UTRWALANIE I ROZPOWSZECHNIANIE WIZERUNKU</w:t>
      </w:r>
    </w:p>
    <w:p w14:paraId="32C89A18" w14:textId="77777777" w:rsidR="00297DCE" w:rsidRPr="0043511C" w:rsidRDefault="00181103">
      <w:pPr>
        <w:jc w:val="center"/>
        <w:rPr>
          <w:rFonts w:ascii="Tahoma" w:hAnsi="Tahoma" w:cs="Tahoma"/>
          <w:sz w:val="24"/>
          <w:szCs w:val="24"/>
        </w:rPr>
      </w:pPr>
      <w:r w:rsidRPr="0043511C">
        <w:rPr>
          <w:rFonts w:ascii="Tahoma" w:hAnsi="Tahoma" w:cs="Tahoma"/>
          <w:b/>
          <w:sz w:val="24"/>
          <w:szCs w:val="24"/>
        </w:rPr>
        <w:t>dokument dobrowolny – odmowa nie ma wpływu na możliwość udziału w Projekcie</w:t>
      </w:r>
    </w:p>
    <w:tbl>
      <w:tblPr>
        <w:tblW w:w="989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4740"/>
      </w:tblGrid>
      <w:tr w:rsidR="00297DCE" w:rsidRPr="0043511C" w14:paraId="18BB9FD6" w14:textId="77777777" w:rsidTr="0043511C">
        <w:trPr>
          <w:tblHeader/>
          <w:jc w:val="center"/>
        </w:trPr>
        <w:tc>
          <w:tcPr>
            <w:tcW w:w="515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CC5712" w14:textId="77777777" w:rsidR="00297DCE" w:rsidRPr="0043511C" w:rsidRDefault="00181103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b/>
                <w:sz w:val="24"/>
                <w:szCs w:val="24"/>
              </w:rPr>
              <w:t>Informacja</w:t>
            </w:r>
          </w:p>
        </w:tc>
        <w:tc>
          <w:tcPr>
            <w:tcW w:w="4740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52AE6" w14:textId="77777777" w:rsidR="00297DCE" w:rsidRPr="0043511C" w:rsidRDefault="00181103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b/>
                <w:sz w:val="24"/>
                <w:szCs w:val="24"/>
              </w:rPr>
              <w:t>Wartość</w:t>
            </w:r>
          </w:p>
        </w:tc>
      </w:tr>
      <w:tr w:rsidR="00297DCE" w:rsidRPr="0043511C" w14:paraId="38B9064F" w14:textId="77777777" w:rsidTr="0043511C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EF85E4" w14:textId="77777777" w:rsidR="00297DCE" w:rsidRPr="0043511C" w:rsidRDefault="00181103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b/>
                <w:sz w:val="24"/>
                <w:szCs w:val="24"/>
              </w:rPr>
              <w:t>Beneficjent</w:t>
            </w:r>
          </w:p>
        </w:tc>
        <w:tc>
          <w:tcPr>
            <w:tcW w:w="47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F08207" w14:textId="77777777" w:rsidR="00297DCE" w:rsidRPr="0043511C" w:rsidRDefault="00181103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sz w:val="24"/>
                <w:szCs w:val="24"/>
              </w:rPr>
              <w:t>JMM Sp. z o.o.</w:t>
            </w:r>
          </w:p>
        </w:tc>
      </w:tr>
      <w:tr w:rsidR="00297DCE" w:rsidRPr="0043511C" w14:paraId="602066F3" w14:textId="77777777" w:rsidTr="0043511C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33CE48" w14:textId="77777777" w:rsidR="00297DCE" w:rsidRPr="0043511C" w:rsidRDefault="00181103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b/>
                <w:sz w:val="24"/>
                <w:szCs w:val="24"/>
              </w:rPr>
              <w:t>Projekt</w:t>
            </w:r>
          </w:p>
        </w:tc>
        <w:tc>
          <w:tcPr>
            <w:tcW w:w="47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7D61DF" w14:textId="77777777" w:rsidR="00297DCE" w:rsidRPr="0043511C" w:rsidRDefault="00181103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sz w:val="24"/>
                <w:szCs w:val="24"/>
              </w:rPr>
              <w:t>WSPARCIE NA (RE)STARCIE</w:t>
            </w:r>
          </w:p>
        </w:tc>
      </w:tr>
      <w:tr w:rsidR="00297DCE" w:rsidRPr="0043511C" w14:paraId="3AEB9C11" w14:textId="77777777" w:rsidTr="0043511C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1A684B" w14:textId="77777777" w:rsidR="00297DCE" w:rsidRPr="0043511C" w:rsidRDefault="00181103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b/>
                <w:sz w:val="24"/>
                <w:szCs w:val="24"/>
              </w:rPr>
              <w:t>Nr projektu</w:t>
            </w:r>
          </w:p>
        </w:tc>
        <w:tc>
          <w:tcPr>
            <w:tcW w:w="47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1FF44A" w14:textId="77777777" w:rsidR="00297DCE" w:rsidRPr="0043511C" w:rsidRDefault="00181103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sz w:val="24"/>
                <w:szCs w:val="24"/>
              </w:rPr>
              <w:t>FEMP.06.06-IP.02-0050/25</w:t>
            </w:r>
          </w:p>
        </w:tc>
      </w:tr>
      <w:tr w:rsidR="0043511C" w:rsidRPr="0043511C" w14:paraId="0CA95F2A" w14:textId="77777777" w:rsidTr="0043511C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CF0234" w14:textId="492328C1" w:rsidR="0043511C" w:rsidRPr="0043511C" w:rsidRDefault="0043511C" w:rsidP="0043511C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sz w:val="24"/>
                <w:szCs w:val="24"/>
              </w:rPr>
              <w:t>Imię i nazwisko</w:t>
            </w:r>
          </w:p>
        </w:tc>
        <w:tc>
          <w:tcPr>
            <w:tcW w:w="47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947069" w14:textId="4D54CFF0" w:rsidR="0043511C" w:rsidRPr="0043511C" w:rsidRDefault="0043511C" w:rsidP="0043511C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3511C" w:rsidRPr="0043511C" w14:paraId="2705BDA7" w14:textId="77777777" w:rsidTr="0043511C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B47AC4" w14:textId="6831161F" w:rsidR="0043511C" w:rsidRPr="0043511C" w:rsidRDefault="0043511C" w:rsidP="0043511C">
            <w:pPr>
              <w:rPr>
                <w:rFonts w:ascii="Tahoma" w:hAnsi="Tahoma" w:cs="Tahoma"/>
                <w:sz w:val="24"/>
                <w:szCs w:val="24"/>
              </w:rPr>
            </w:pPr>
            <w:r w:rsidRPr="0043511C">
              <w:rPr>
                <w:rFonts w:ascii="Tahoma" w:hAnsi="Tahoma" w:cs="Tahoma"/>
                <w:sz w:val="24"/>
                <w:szCs w:val="24"/>
              </w:rPr>
              <w:t>PESEL / inny identyfikator</w:t>
            </w:r>
          </w:p>
        </w:tc>
        <w:tc>
          <w:tcPr>
            <w:tcW w:w="47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68700" w14:textId="49BA0440" w:rsidR="0043511C" w:rsidRPr="0043511C" w:rsidRDefault="0043511C" w:rsidP="0043511C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793F3AD" w14:textId="77777777" w:rsidR="00297DCE" w:rsidRPr="0043511C" w:rsidRDefault="00181103" w:rsidP="0043511C">
      <w:pPr>
        <w:spacing w:before="480"/>
        <w:rPr>
          <w:rFonts w:ascii="Tahoma" w:hAnsi="Tahoma" w:cs="Tahoma"/>
          <w:sz w:val="24"/>
          <w:szCs w:val="24"/>
        </w:rPr>
      </w:pPr>
      <w:r w:rsidRPr="0043511C">
        <w:rPr>
          <w:rFonts w:ascii="Tahoma" w:hAnsi="Tahoma" w:cs="Tahoma"/>
          <w:sz w:val="24"/>
          <w:szCs w:val="24"/>
        </w:rPr>
        <w:t>Wyrażam dobrowolną zgodę na nieodpłatne utrwalanie mojego wizerunku podczas działań realizowanych w ramach Projektu oraz jego rozpowszechnianie przez JMM Sp. z o.o. wyłącznie w celach informacyjnych i promocyjnych związanych z realizacją i upowszechnianiem efektów Projektu, w szczególności na stronie internetowej Beneficjenta i w mediach społecznościowych Beneficjenta.</w:t>
      </w:r>
    </w:p>
    <w:p w14:paraId="11F7FDBB" w14:textId="77777777" w:rsidR="00297DCE" w:rsidRPr="0043511C" w:rsidRDefault="00181103">
      <w:pPr>
        <w:ind w:hanging="85"/>
        <w:rPr>
          <w:rFonts w:ascii="Tahoma" w:hAnsi="Tahoma" w:cs="Tahoma"/>
          <w:sz w:val="24"/>
          <w:szCs w:val="24"/>
        </w:rPr>
      </w:pPr>
      <w:r w:rsidRPr="0043511C">
        <w:rPr>
          <w:rFonts w:ascii="Segoe UI Symbol" w:hAnsi="Segoe UI Symbol" w:cs="Segoe UI Symbol"/>
          <w:sz w:val="24"/>
          <w:szCs w:val="24"/>
        </w:rPr>
        <w:t>☐</w:t>
      </w:r>
      <w:r w:rsidRPr="0043511C">
        <w:rPr>
          <w:rFonts w:ascii="Tahoma" w:hAnsi="Tahoma" w:cs="Tahoma"/>
          <w:sz w:val="24"/>
          <w:szCs w:val="24"/>
        </w:rPr>
        <w:t xml:space="preserve"> TAK – wyrażam zgodę</w:t>
      </w:r>
    </w:p>
    <w:p w14:paraId="71CDA627" w14:textId="77777777" w:rsidR="00297DCE" w:rsidRPr="0043511C" w:rsidRDefault="00181103">
      <w:pPr>
        <w:ind w:hanging="85"/>
        <w:rPr>
          <w:rFonts w:ascii="Tahoma" w:hAnsi="Tahoma" w:cs="Tahoma"/>
          <w:sz w:val="24"/>
          <w:szCs w:val="24"/>
        </w:rPr>
      </w:pPr>
      <w:r w:rsidRPr="0043511C">
        <w:rPr>
          <w:rFonts w:ascii="Segoe UI Symbol" w:hAnsi="Segoe UI Symbol" w:cs="Segoe UI Symbol"/>
          <w:sz w:val="24"/>
          <w:szCs w:val="24"/>
        </w:rPr>
        <w:t>☐</w:t>
      </w:r>
      <w:r w:rsidRPr="0043511C">
        <w:rPr>
          <w:rFonts w:ascii="Tahoma" w:hAnsi="Tahoma" w:cs="Tahoma"/>
          <w:sz w:val="24"/>
          <w:szCs w:val="24"/>
        </w:rPr>
        <w:t xml:space="preserve"> NIE – nie wyrażam zgody</w:t>
      </w:r>
    </w:p>
    <w:p w14:paraId="796C2159" w14:textId="77777777" w:rsidR="00297DCE" w:rsidRPr="0043511C" w:rsidRDefault="00181103">
      <w:pPr>
        <w:rPr>
          <w:rFonts w:ascii="Tahoma" w:hAnsi="Tahoma" w:cs="Tahoma"/>
          <w:sz w:val="24"/>
          <w:szCs w:val="24"/>
        </w:rPr>
      </w:pPr>
      <w:r w:rsidRPr="0043511C">
        <w:rPr>
          <w:rFonts w:ascii="Tahoma" w:hAnsi="Tahoma" w:cs="Tahoma"/>
          <w:sz w:val="24"/>
          <w:szCs w:val="24"/>
        </w:rPr>
        <w:t>Zgoda może zostać wycofana na przyszłość przez kontakt z JMM Sp. z o.o. Wycofanie zgody nie wpływa na zgodność z prawem działań podjętych przed jej wycofaniem. Odmowa udzielenia zgody nie wpływa na kwalifikowalność ani zakres wsparcia w Projekcie.</w:t>
      </w:r>
    </w:p>
    <w:p w14:paraId="444844D9" w14:textId="07A4837C" w:rsidR="00297DCE" w:rsidRPr="0043511C" w:rsidRDefault="0043511C">
      <w:pPr>
        <w:rPr>
          <w:rFonts w:ascii="Tahoma" w:hAnsi="Tahoma" w:cs="Tahom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A39B69" wp14:editId="13D7A6A0">
                <wp:simplePos x="0" y="0"/>
                <wp:positionH relativeFrom="page">
                  <wp:posOffset>4993640</wp:posOffset>
                </wp:positionH>
                <wp:positionV relativeFrom="paragraph">
                  <wp:posOffset>37782</wp:posOffset>
                </wp:positionV>
                <wp:extent cx="2324100" cy="823595"/>
                <wp:effectExtent l="0" t="209550" r="19050" b="262255"/>
                <wp:wrapNone/>
                <wp:docPr id="727317330" name="Strzałka: w le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3963">
                          <a:off x="0" y="0"/>
                          <a:ext cx="2324100" cy="82359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8DFC11" w14:textId="77777777" w:rsidR="0043511C" w:rsidRDefault="0043511C" w:rsidP="0043511C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DATA, PODPIS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39B6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1" o:spid="_x0000_s1026" type="#_x0000_t66" style="position:absolute;margin-left:393.2pt;margin-top:2.95pt;width:183pt;height:64.85pt;rotation:-1306391fd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" adj="3827" fillcolor="#4f81bd [3204]" strokecolor="#0a121c [484]" strokeweight="2pt">
                <v:textbox>
                  <w:txbxContent>
                    <w:p w14:paraId="098DFC11" w14:textId="77777777" w:rsidR="0043511C" w:rsidRDefault="0043511C" w:rsidP="0043511C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DATA, PODPIS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38619DE" w14:textId="0683C18A" w:rsidR="00297DCE" w:rsidRPr="0043511C" w:rsidRDefault="00181103" w:rsidP="0043511C">
      <w:pPr>
        <w:rPr>
          <w:rFonts w:ascii="Tahoma" w:hAnsi="Tahoma" w:cs="Tahoma"/>
          <w:sz w:val="24"/>
          <w:szCs w:val="24"/>
        </w:rPr>
      </w:pPr>
      <w:r w:rsidRPr="0043511C">
        <w:rPr>
          <w:rFonts w:ascii="Tahoma" w:hAnsi="Tahoma" w:cs="Tahoma"/>
          <w:sz w:val="24"/>
          <w:szCs w:val="24"/>
        </w:rPr>
        <w:t>________________________________</w:t>
      </w:r>
    </w:p>
    <w:p w14:paraId="6A9B15BD" w14:textId="77777777" w:rsidR="00297DCE" w:rsidRPr="0043511C" w:rsidRDefault="00181103" w:rsidP="0043511C">
      <w:pPr>
        <w:rPr>
          <w:rFonts w:ascii="Tahoma" w:hAnsi="Tahoma" w:cs="Tahoma"/>
          <w:sz w:val="24"/>
          <w:szCs w:val="24"/>
        </w:rPr>
      </w:pPr>
      <w:r w:rsidRPr="0043511C">
        <w:rPr>
          <w:rFonts w:ascii="Tahoma" w:hAnsi="Tahoma" w:cs="Tahoma"/>
          <w:sz w:val="24"/>
          <w:szCs w:val="24"/>
        </w:rPr>
        <w:t>MIEJSCOWOŚĆ I DATA</w:t>
      </w:r>
    </w:p>
    <w:p w14:paraId="5A9DE76C" w14:textId="77777777" w:rsidR="00297DCE" w:rsidRPr="0043511C" w:rsidRDefault="00297DCE" w:rsidP="0043511C">
      <w:pPr>
        <w:rPr>
          <w:rFonts w:ascii="Tahoma" w:hAnsi="Tahoma" w:cs="Tahoma"/>
          <w:sz w:val="24"/>
          <w:szCs w:val="24"/>
        </w:rPr>
      </w:pPr>
    </w:p>
    <w:p w14:paraId="76C40C6C" w14:textId="77777777" w:rsidR="00297DCE" w:rsidRPr="0043511C" w:rsidRDefault="00181103" w:rsidP="0043511C">
      <w:pPr>
        <w:rPr>
          <w:rFonts w:ascii="Tahoma" w:hAnsi="Tahoma" w:cs="Tahoma"/>
          <w:sz w:val="24"/>
          <w:szCs w:val="24"/>
        </w:rPr>
      </w:pPr>
      <w:r w:rsidRPr="0043511C">
        <w:rPr>
          <w:rFonts w:ascii="Tahoma" w:hAnsi="Tahoma" w:cs="Tahoma"/>
          <w:sz w:val="24"/>
          <w:szCs w:val="24"/>
        </w:rPr>
        <w:t>________________________________</w:t>
      </w:r>
    </w:p>
    <w:p w14:paraId="5A1D848B" w14:textId="77777777" w:rsidR="00297DCE" w:rsidRPr="0043511C" w:rsidRDefault="00181103" w:rsidP="0043511C">
      <w:pPr>
        <w:rPr>
          <w:rFonts w:ascii="Tahoma" w:hAnsi="Tahoma" w:cs="Tahoma"/>
          <w:sz w:val="24"/>
          <w:szCs w:val="24"/>
        </w:rPr>
      </w:pPr>
      <w:r w:rsidRPr="0043511C">
        <w:rPr>
          <w:rFonts w:ascii="Tahoma" w:hAnsi="Tahoma" w:cs="Tahoma"/>
          <w:sz w:val="24"/>
          <w:szCs w:val="24"/>
        </w:rPr>
        <w:t>CZYTELNY PODPIS UCZESTNIKA PROJEKTU</w:t>
      </w:r>
    </w:p>
    <w:sectPr w:rsidR="00297DCE" w:rsidRPr="0043511C" w:rsidSect="00034616">
      <w:headerReference w:type="default" r:id="rId8"/>
      <w:footerReference w:type="default" r:id="rId9"/>
      <w:pgSz w:w="12240" w:h="15840"/>
      <w:pgMar w:top="964" w:right="964" w:bottom="964" w:left="96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49078" w14:textId="77777777" w:rsidR="00181103" w:rsidRDefault="00181103">
      <w:pPr>
        <w:spacing w:after="0" w:line="240" w:lineRule="auto"/>
      </w:pPr>
      <w:r>
        <w:separator/>
      </w:r>
    </w:p>
  </w:endnote>
  <w:endnote w:type="continuationSeparator" w:id="0">
    <w:p w14:paraId="72EF11C8" w14:textId="77777777" w:rsidR="00181103" w:rsidRDefault="00181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E644" w14:textId="77777777" w:rsidR="00297DCE" w:rsidRDefault="00181103">
    <w:pPr>
      <w:pStyle w:val="Stopka"/>
    </w:pPr>
    <w:r>
      <w:rPr>
        <w:b/>
        <w:sz w:val="16"/>
      </w:rPr>
      <w:t>PROJEKT: WSPARCIE NA (RE)STARCIE  |  FEMP.06.06-IP.02-0050/25</w:t>
    </w:r>
  </w:p>
  <w:p w14:paraId="1420B8FD" w14:textId="77777777" w:rsidR="00297DCE" w:rsidRDefault="00181103">
    <w:pPr>
      <w:jc w:val="right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43511C">
      <w:rPr>
        <w:sz w:val="16"/>
      </w:rPr>
      <w:fldChar w:fldCharType="separate"/>
    </w:r>
    <w:r w:rsidR="0043511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E4902" w14:textId="77777777" w:rsidR="00181103" w:rsidRDefault="00181103">
      <w:pPr>
        <w:spacing w:after="0" w:line="240" w:lineRule="auto"/>
      </w:pPr>
      <w:r>
        <w:separator/>
      </w:r>
    </w:p>
  </w:footnote>
  <w:footnote w:type="continuationSeparator" w:id="0">
    <w:p w14:paraId="5AA4C968" w14:textId="77777777" w:rsidR="00181103" w:rsidRDefault="00181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95BD7" w14:textId="77777777" w:rsidR="00297DCE" w:rsidRDefault="00181103">
    <w:pPr>
      <w:pStyle w:val="Nagwek"/>
      <w:pBdr>
        <w:bottom w:val="single" w:sz="8" w:space="4" w:color="4A708B"/>
      </w:pBdr>
      <w:jc w:val="center"/>
    </w:pPr>
    <w:r>
      <w:rPr>
        <w:noProof/>
      </w:rPr>
      <w:drawing>
        <wp:inline distT="0" distB="0" distL="0" distR="0" wp14:anchorId="04A1761E" wp14:editId="413D0BF4">
          <wp:extent cx="5976000" cy="512229"/>
          <wp:effectExtent l="0" t="0" r="0" b="0"/>
          <wp:docPr id="1" name="Logotypy programu" descr="Logotypy Fundusze Europejskie dla Małopolski, Rzeczpospolita Polska, Unia Europejska i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51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0191999">
    <w:abstractNumId w:val="8"/>
  </w:num>
  <w:num w:numId="2" w16cid:durableId="562644998">
    <w:abstractNumId w:val="6"/>
  </w:num>
  <w:num w:numId="3" w16cid:durableId="1687170416">
    <w:abstractNumId w:val="5"/>
  </w:num>
  <w:num w:numId="4" w16cid:durableId="1477146200">
    <w:abstractNumId w:val="4"/>
  </w:num>
  <w:num w:numId="5" w16cid:durableId="646981092">
    <w:abstractNumId w:val="7"/>
  </w:num>
  <w:num w:numId="6" w16cid:durableId="1831754322">
    <w:abstractNumId w:val="3"/>
  </w:num>
  <w:num w:numId="7" w16cid:durableId="1304653515">
    <w:abstractNumId w:val="2"/>
  </w:num>
  <w:num w:numId="8" w16cid:durableId="829443439">
    <w:abstractNumId w:val="1"/>
  </w:num>
  <w:num w:numId="9" w16cid:durableId="1595671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1103"/>
    <w:rsid w:val="0029639D"/>
    <w:rsid w:val="00297DCE"/>
    <w:rsid w:val="00326F90"/>
    <w:rsid w:val="0043511C"/>
    <w:rsid w:val="0049556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3AA4E"/>
  <w14:defaultImageDpi w14:val="300"/>
  <w15:docId w15:val="{32AD730B-96E7-4162-8475-705F93A5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utrwalanie i rozpowszechnianie wizerunku</dc:title>
  <dc:subject>WSPARCIE NA (RE)STARCIE – FEMP.06.06-IP.02-0050/25</dc:subject>
  <dc:creator>JMM Sp. z o.o.</dc:creator>
  <cp:keywords>FEMP.06.06-IP.02-0050/25; EFS+; FEM 2021-2027; JMM</cp:keywords>
  <dc:description>generated by python-docx</dc:description>
  <cp:lastModifiedBy>Marta Lewandowska</cp:lastModifiedBy>
  <cp:revision>2</cp:revision>
  <dcterms:created xsi:type="dcterms:W3CDTF">2013-12-23T23:15:00Z</dcterms:created>
  <dcterms:modified xsi:type="dcterms:W3CDTF">2026-09-13T13:05:00Z</dcterms:modified>
  <cp:category/>
</cp:coreProperties>
</file>